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🔖 סימניות – 🎒 יסודי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18"/>
          <w:rtl w:val="1"/>
          <w:szCs w:val="18"/>
        </w:rPr>
        <w:t>גוזרים לאורך הקווים המקווקווים. אפשר לצבוע ולהוסיף בגב כלל משלכם.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2551"/>
        <w:gridCol w:w="2551"/>
        <w:gridCol w:w="2551"/>
        <w:gridCol w:w="2551"/>
      </w:tblGrid>
      <w:tr>
        <w:trPr>
          <w:trHeight w:val="12190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28"/>
                <w:rtl w:val="1"/>
                <w:szCs w:val="28"/>
                <w:bCs/>
              </w:rPr>
              <w:t>🚦 חוצים בבטחה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עוצרים בשפת המדרכה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שמאלה, ימינה ושוב שמאלה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🚦 מחכים לירוק ולכביש פנוי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🚶 חוצים בהליכה – לא בריצה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בלי מסך ובלי אוזניות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🤝 הקטנים חוצים עם מבוגר/ת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18"/>
                <w:rtl w:val="1"/>
                <w:szCs w:val="18"/>
                <w:bCs/>
              </w:rPr>
              <w:t>אדום – עומדים · ירוק – מסתכלים וחוצים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28"/>
                <w:rtl w:val="1"/>
                <w:szCs w:val="28"/>
                <w:bCs/>
              </w:rPr>
              <w:t>🚦 חוצים בבטחה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עוצרים בשפת המדרכה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שמאלה, ימינה ושוב שמאלה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🚦 מחכים לירוק ולכביש פנוי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🚶 חוצים בהליכה – לא בריצה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בלי מסך ובלי אוזניות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🤝 הקטנים חוצים עם מבוגר/ת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18"/>
                <w:rtl w:val="1"/>
                <w:szCs w:val="18"/>
                <w:bCs/>
              </w:rPr>
              <w:t>אדום – עומדים · ירוק – מסתכלים וחוצים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28"/>
                <w:rtl w:val="1"/>
                <w:szCs w:val="28"/>
                <w:bCs/>
              </w:rPr>
              <w:t>🚦 חוצים בבטחה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עוצרים בשפת המדרכה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שמאלה, ימינה ושוב שמאלה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🚦 מחכים לירוק ולכביש פנוי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🚶 חוצים בהליכה – לא בריצה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בלי מסך ובלי אוזניות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🤝 הקטנים חוצים עם מבוגר/ת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18"/>
                <w:rtl w:val="1"/>
                <w:szCs w:val="18"/>
                <w:bCs/>
              </w:rPr>
              <w:t>אדום – עומדים · ירוק – מסתכלים וחוצים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28"/>
                <w:rtl w:val="1"/>
                <w:szCs w:val="28"/>
                <w:bCs/>
              </w:rPr>
              <w:t>🚦 חוצים בבטחה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עוצרים בשפת המדרכה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שמאלה, ימינה ושוב שמאלה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🚦 מחכים לירוק ולכביש פנוי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🚶 חוצים בהליכה – לא בריצה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בלי מסך ובלי אוזניות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🤝 הקטנים חוצים עם מבוגר/ת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18"/>
                <w:rtl w:val="1"/>
                <w:szCs w:val="18"/>
                <w:bCs/>
              </w:rPr>
              <w:t>אדום – עומדים · ירוק – מסתכלים וחוצים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🔖 סימניות – 🏫 חט״ב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18"/>
          <w:rtl w:val="1"/>
          <w:szCs w:val="18"/>
        </w:rPr>
        <w:t>גוזרים לאורך הקווים המקווקווים. אפשר לצבוע ולהוסיף בגב כלל משלכם.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2551"/>
        <w:gridCol w:w="2551"/>
        <w:gridCol w:w="2551"/>
        <w:gridCol w:w="2551"/>
      </w:tblGrid>
      <w:tr>
        <w:trPr>
          <w:trHeight w:val="12190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28"/>
                <w:rtl w:val="1"/>
                <w:szCs w:val="28"/>
                <w:bCs/>
              </w:rPr>
              <w:t>🚦 5 כללים לחצייה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עוצרים בשפה – גם כשממהרים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שמאלה · ימינה · שוב שמאלה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🚌 לא חוצים מלפני/מאחורי אוטובוס עומד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שפת מדרכה = טלפון בכיס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🦓 רק במעבר, רק בירוק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18"/>
                <w:rtl w:val="1"/>
                <w:szCs w:val="18"/>
                <w:bCs/>
              </w:rPr>
              <w:t>עש״ן ד״ק כשלחוץ: עוצרים, נושמים – ורק אז בוחרים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28"/>
                <w:rtl w:val="1"/>
                <w:szCs w:val="28"/>
                <w:bCs/>
              </w:rPr>
              <w:t>🚦 5 כללים לחצייה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עוצרים בשפה – גם כשממהרים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שמאלה · ימינה · שוב שמאלה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🚌 לא חוצים מלפני/מאחורי אוטובוס עומד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שפת מדרכה = טלפון בכיס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🦓 רק במעבר, רק בירוק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18"/>
                <w:rtl w:val="1"/>
                <w:szCs w:val="18"/>
                <w:bCs/>
              </w:rPr>
              <w:t>עש״ן ד״ק כשלחוץ: עוצרים, נושמים – ורק אז בוחרים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28"/>
                <w:rtl w:val="1"/>
                <w:szCs w:val="28"/>
                <w:bCs/>
              </w:rPr>
              <w:t>🚦 5 כללים לחצייה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עוצרים בשפה – גם כשממהרים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שמאלה · ימינה · שוב שמאלה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🚌 לא חוצים מלפני/מאחורי אוטובוס עומד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שפת מדרכה = טלפון בכיס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🦓 רק במעבר, רק בירוק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18"/>
                <w:rtl w:val="1"/>
                <w:szCs w:val="18"/>
                <w:bCs/>
              </w:rPr>
              <w:t>עש״ן ד״ק כשלחוץ: עוצרים, נושמים – ורק אז בוחרים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28"/>
                <w:rtl w:val="1"/>
                <w:szCs w:val="28"/>
                <w:bCs/>
              </w:rPr>
              <w:t>🚦 5 כללים לחצייה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עוצרים בשפה – גם כשממהרים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שמאלה · ימינה · שוב שמאלה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🚌 לא חוצים מלפני/מאחורי אוטובוס עומד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שפת מדרכה = טלפון בכיס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🦓 רק במעבר, רק בירוק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18"/>
                <w:rtl w:val="1"/>
                <w:szCs w:val="18"/>
                <w:bCs/>
              </w:rPr>
              <w:t>עש״ן ד״ק כשלחוץ: עוצרים, נושמים – ורק אז בוחרים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🔖 סימניות – 🎓 חט״ע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18"/>
          <w:rtl w:val="1"/>
          <w:szCs w:val="18"/>
        </w:rPr>
        <w:t>גוזרים לאורך הקווים המקווקווים. אפשר לצבוע ולהוסיף בגב כלל משלכם.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2551"/>
        <w:gridCol w:w="2551"/>
        <w:gridCol w:w="2551"/>
        <w:gridCol w:w="2551"/>
      </w:tblGrid>
      <w:tr>
        <w:trPr>
          <w:trHeight w:val="12190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28"/>
                <w:rtl w:val="1"/>
                <w:szCs w:val="28"/>
                <w:bCs/>
              </w:rPr>
              <w:t>⏸️ רגע לפני החצייה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אני רואה את כל הכביש?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רואים אותי?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אני ממהר/ת או מוסח/ת?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אם התשובה מטרידה – מחכים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🤝 אחריות משותפת: אני, הנהג/ת והרחוב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18"/>
                <w:rtl w:val="1"/>
                <w:szCs w:val="18"/>
                <w:bCs/>
              </w:rPr>
              <w:t>שנייה של עצירה שווה הרבה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28"/>
                <w:rtl w:val="1"/>
                <w:szCs w:val="28"/>
                <w:bCs/>
              </w:rPr>
              <w:t>⏸️ רגע לפני החצייה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אני רואה את כל הכביש?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רואים אותי?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אני ממהר/ת או מוסח/ת?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אם התשובה מטרידה – מחכים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🤝 אחריות משותפת: אני, הנהג/ת והרחוב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18"/>
                <w:rtl w:val="1"/>
                <w:szCs w:val="18"/>
                <w:bCs/>
              </w:rPr>
              <w:t>שנייה של עצירה שווה הרבה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28"/>
                <w:rtl w:val="1"/>
                <w:szCs w:val="28"/>
                <w:bCs/>
              </w:rPr>
              <w:t>⏸️ רגע לפני החצייה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אני רואה את כל הכביש?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רואים אותי?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אני ממהר/ת או מוסח/ת?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אם התשובה מטרידה – מחכים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🤝 אחריות משותפת: אני, הנהג/ת והרחוב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18"/>
                <w:rtl w:val="1"/>
                <w:szCs w:val="18"/>
                <w:bCs/>
              </w:rPr>
              <w:t>שנייה של עצירה שווה הרבה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28"/>
                <w:rtl w:val="1"/>
                <w:szCs w:val="28"/>
                <w:bCs/>
              </w:rPr>
              <w:t>⏸️ רגע לפני החצייה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אני רואה את כל הכביש?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רואים אותי?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❓ האם אני ממהר/ת או מוסח/ת?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אם התשובה מטרידה – מחכים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🤝 אחריות משותפת: אני, הנהג/ת והרחוב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18"/>
                <w:rtl w:val="1"/>
                <w:szCs w:val="18"/>
                <w:bCs/>
              </w:rPr>
              <w:t>שנייה של עצירה שווה הרבה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🔖 סימניות – 🟢 עולים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18"/>
          <w:rtl w:val="1"/>
          <w:szCs w:val="18"/>
        </w:rPr>
        <w:t>גוזרים לאורך הקווים המקווקווים. אפשר לצבוע ולהוסיף בגב כלל משלכם.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2551"/>
        <w:gridCol w:w="2551"/>
        <w:gridCol w:w="2551"/>
        <w:gridCol w:w="2551"/>
      </w:tblGrid>
      <w:tr>
        <w:trPr>
          <w:trHeight w:val="12190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28"/>
                <w:rtl w:val="1"/>
                <w:szCs w:val="28"/>
                <w:bCs/>
              </w:rPr>
              <w:t>🚦 חוֹצִים בְּטוּחַ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עוֹצְרִים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שְׂמֹאלָה, יָמִינָה, שְׂמֹאלָה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🚦 מְחַכִּים לְיָרֹק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🚶 חוֹצִים בַּהֲלִיכָה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הַטֵּלֵפוֹן בַּכִּיס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18"/>
                <w:rtl w:val="1"/>
                <w:szCs w:val="18"/>
                <w:bCs/>
              </w:rPr>
              <w:t>אָדֹם – עוֹמְדִים · יָרֹק – חוֹצִים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28"/>
                <w:rtl w:val="1"/>
                <w:szCs w:val="28"/>
                <w:bCs/>
              </w:rPr>
              <w:t>🚦 חוֹצִים בְּטוּחַ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עוֹצְרִים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שְׂמֹאלָה, יָמִינָה, שְׂמֹאלָה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🚦 מְחַכִּים לְיָרֹק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🚶 חוֹצִים בַּהֲלִיכָה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הַטֵּלֵפוֹן בַּכִּיס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18"/>
                <w:rtl w:val="1"/>
                <w:szCs w:val="18"/>
                <w:bCs/>
              </w:rPr>
              <w:t>אָדֹם – עוֹמְדִים · יָרֹק – חוֹצִים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28"/>
                <w:rtl w:val="1"/>
                <w:szCs w:val="28"/>
                <w:bCs/>
              </w:rPr>
              <w:t>🚦 חוֹצִים בְּטוּחַ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עוֹצְרִים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שְׂמֹאלָה, יָמִינָה, שְׂמֹאלָה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🚦 מְחַכִּים לְיָרֹק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🚶 חוֹצִים בַּהֲלִיכָה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הַטֵּלֵפוֹן בַּכִּיס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18"/>
                <w:rtl w:val="1"/>
                <w:szCs w:val="18"/>
                <w:bCs/>
              </w:rPr>
              <w:t>אָדֹם – עוֹמְדִים · יָרֹק – חוֹצִים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28"/>
                <w:rtl w:val="1"/>
                <w:szCs w:val="28"/>
                <w:bCs/>
              </w:rPr>
              <w:t>🚦 חוֹצִים בְּטוּחַ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🛑 עוֹצְרִים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👀 שְׂמֹאלָה, יָמִינָה, שְׂמֹאלָה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🚦 מְחַכִּים לְיָרֹק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🚶 חוֹצִים בַּהֲלִיכָה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📵 הַטֵּלֵפוֹן בַּכִּיס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18"/>
                <w:rtl w:val="1"/>
                <w:szCs w:val="18"/>
                <w:bCs/>
              </w:rPr>
              <w:t>אָדֹם – עוֹמְדִים · יָרֹק – חוֹצִים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🔖 סימניות – 🌈 חנ״מ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18"/>
          <w:rtl w:val="1"/>
          <w:szCs w:val="18"/>
        </w:rPr>
        <w:t>גוזרים לאורך הקווים המקווקווים. אפשר לצבוע ולהוסיף בגב כלל משלכם.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2551"/>
        <w:gridCol w:w="2551"/>
        <w:gridCol w:w="2551"/>
        <w:gridCol w:w="2551"/>
      </w:tblGrid>
      <w:tr>
        <w:trPr>
          <w:trHeight w:val="12190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28"/>
                <w:rtl w:val="1"/>
                <w:szCs w:val="28"/>
                <w:bCs/>
              </w:rPr>
              <w:t>🚦 חוצים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✋ עוצרים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👀 מסתכלים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🚶 חוצים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D4ED8"/>
                <w:sz w:val="18"/>
                <w:rtl w:val="1"/>
                <w:szCs w:val="18"/>
                <w:bCs/>
              </w:rPr>
              <w:t>אני שומר/ת על עצמי 💛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28"/>
                <w:rtl w:val="1"/>
                <w:szCs w:val="28"/>
                <w:bCs/>
              </w:rPr>
              <w:t>🚦 חוצים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✋ עוצרים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👀 מסתכלים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🚶 חוצים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16A34A"/>
                <w:sz w:val="18"/>
                <w:rtl w:val="1"/>
                <w:szCs w:val="18"/>
                <w:bCs/>
              </w:rPr>
              <w:t>אני שומר/ת על עצמי 💛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28"/>
                <w:rtl w:val="1"/>
                <w:szCs w:val="28"/>
                <w:bCs/>
              </w:rPr>
              <w:t>🚦 חוצים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✋ עוצרים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👀 מסתכלים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🚶 חוצים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F59E0B"/>
                <w:sz w:val="18"/>
                <w:rtl w:val="1"/>
                <w:szCs w:val="18"/>
                <w:bCs/>
              </w:rPr>
              <w:t>אני שומר/ת על עצמי 💛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28"/>
                <w:rtl w:val="1"/>
                <w:szCs w:val="28"/>
                <w:bCs/>
              </w:rPr>
              <w:t>🚦 חוצים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✋ עוצרים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👀 מסתכלים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🚶 חוצים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DB2777"/>
                <w:sz w:val="18"/>
                <w:rtl w:val="1"/>
                <w:szCs w:val="18"/>
                <w:bCs/>
              </w:rPr>
              <w:t>אני שומר/ת על עצמי 💛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18"/>
                <w:rtl w:val="1"/>
                <w:szCs w:val="18"/>
              </w:rPr>
              <w:t>של: 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64748B"/>
                <w:sz w:val="14"/>
                <w:rtl w:val="1"/>
                <w:szCs w:val="14"/>
              </w:rPr>
              <w:t>בדרך בטוחה · יצרה: רוית ראש בן ישי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✍️ גב הסימנייה – הכלל שלי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2551"/>
        <w:gridCol w:w="2551"/>
        <w:gridCol w:w="2551"/>
        <w:gridCol w:w="2551"/>
      </w:tblGrid>
      <w:tr>
        <w:trPr>
          <w:trHeight w:val="12190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✍️ הכלל שלי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18"/>
                <w:rtl w:val="1"/>
                <w:szCs w:val="18"/>
                <w:bCs/>
              </w:rPr>
              <w:t>אני מבטיח/ה לשמור עליו!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✍️ הכלל שלי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18"/>
                <w:rtl w:val="1"/>
                <w:szCs w:val="18"/>
                <w:bCs/>
              </w:rPr>
              <w:t>אני מבטיח/ה לשמור עליו!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✍️ הכלל שלי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18"/>
                <w:rtl w:val="1"/>
                <w:szCs w:val="18"/>
                <w:bCs/>
              </w:rPr>
              <w:t>אני מבטיח/ה לשמור עליו!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✍️ הכלל שלי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18"/>
                <w:rtl w:val="1"/>
                <w:szCs w:val="18"/>
                <w:bCs/>
              </w:rPr>
              <w:t>אני מבטיח/ה לשמור עליו!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rial" w:hAnsi="Arial"/>
        <w:b w:val="0"/>
        <w:color w:val="64748B"/>
        <w:sz w:val="18"/>
        <w:rtl w:val="1"/>
        <w:szCs w:val="18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